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bre de points d'une courbe elliptique sure un corps f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t abla/ S. Kaouache Président; M. Khalfaou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éthodes/ le nombre de points/ géométrie Algéb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