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الجنة في القرآن الكريم دراسة بلاغية لسورة الرحمن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عبد الرحمن حنان/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أبواب الجنة/ درجات الجنة/ عدد الجنات/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