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نظام الرتبة في الجملة العربية ، دراسة تطبيقية في سورة الكهف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يونس رشيدة/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النحو/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