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التفسيرية في القرآن الكريم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زطيلي زهرة/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المصطلح/ أن التفسيرية/ أي/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