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التي لا محل لها من الإعراب في سورة مريم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فاطمة/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سورة مريم/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