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المنهج الصوتي للبنية العربية "رؤية جديدة في الصرف" قراءة وصفية تحليلية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عولميت هاجر/ الخثير داودي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80054411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الصرف/ التعقيد/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