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الأسطور في شعر بدر شاكر السياب المسيح بعد الصلب 'أنموذجا"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فيلالي فتيحة/ قندولي وداد/ بوقاسة فطيمة 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80063411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القرآن الكريم/ الأسطورة/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