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رمز الطبيعة في يائية 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أميرة/ بوودين محبوبة/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 الشعري/ الشعر الصوفي/ الرمز عند الصوفيين/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