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الدعوة الى العامية واثرها في مصر لنفوسة زكريا - قراءة وصفية تحليلية للكتاب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بوقشيرة  آمنة/ لهشيلي دلال/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التجديد/ الإصلاح/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