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الصوتي عند إبراهيم أنيس في كتاب " الأصوات اللغوية"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لميز سهيلة/ مرباح مريم/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النطق/ الصفات/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