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التجربة القصصية عند زليخة السعودي/عرجونة /أنموذجا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آخر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كنزاي سارة/ عيادي أمال/ بن صخري الزبير( مشرفا)/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المركز الجامعي ميلة/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75ص.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80062711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القصة القصيرة/ البناء القصصي/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28/05/2026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