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إن واستعمالاتها في القرآن الكريم - نمادج من القرآن الكريم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سديرة سناء/ سكوم رحيمة/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النواسخ/ النواسخ الحروف/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