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وانماطها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جواد صورية/ بن جواد خيرة/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الحروف العاملة/ المبتدأ/ الخبر/ التقديم والتاخير/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