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التيسير النحوي من منظور زكريا أزون - مقاربة وصفية نقدية في كتاب جناية سبويه- "الرفض التام لما في النحو من أوهام"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عميرات جهاد/ بوفنغور عليمة/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الجناية/ سبويه/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