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يا تونس الخضراء دراسة نحوية وظيفية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كروشي  سومية/ عزيزي عزيزة/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الجملة/ الوظيفة/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