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التسييس في مسرح سعد الله ونوس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صبرينة/ زقرور نصيرة/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الجمال/ الرمز/ الجمالية/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