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 في رواية حورية لـ : بوحفص محمد ميلس - دراسة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حكيمة/ لعريوي حنان/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السيمياء/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