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الآخر في رواية  " الأسود يليق بك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بعوطة كنزة/ 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الهو/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