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أبنية الإسم في سورة يوسف - عليه السلام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قويدر منال/ بلكيموش نعيمة/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الوزن/ الصيغة/ البناء/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