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النبي المجهول "لأبي القاسم الشابي - دراسة بلاغية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ناصي نجاة/ بن عتمان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اللفظ/ الروي/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