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أبعاد الرمز الثوري عند مفدي زكريا قصيدة نوفمبر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بوقريبية جمعة/ شليغوم مليكة/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الثورة/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