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النظام النحوي عند تمام حسان اللغة العربية معناها ومبناها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بوشارب خولة/ بوشامة ابتسام/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اللفظ/ القرائن/ التعليق/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