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الإقناع  في سورة الفرقان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قنوش أيوب/ بوبكري سليمان/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التأثير/ سورة الفرقان/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