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كرار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مري نهلة/ دهيمي ز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مة/ الفاصلة/ الأد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