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المدحية النبوية عند ابن الخلوف القسنطيني قصيدة " قطر النبات في مدح ذي المعجزات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كوكو خولة/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المديح النبوي/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