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جردان العود النميري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 سلوى/ بجغيط نادية/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