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والمكانية في رواية نصف وجهي المحروق لعبد القادر شرابة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عيسى لمياء/ عدوي منى/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السرد/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