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الموالي في الشعربية العربية " ابي نواس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بوجعطاط أمين/ بوقزولة حسين/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السياسة/ بنية القصيدة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