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الرواية الجزائرية "عابر سرير" بأحلام مستغانمي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سمية/ طويل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اللهجة/ الفصحى والعامية/ الترث/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