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التناص في رواية اعترافات حامد المنسي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سامية/ مشاية رقية/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 الأسطوري/ التناص التاريخي/ التناص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