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ميمية مالك ابن المرحل في مدح الرسول (ص)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بوقزولة أمينة/ قاب لبنى/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المديح النبوي/ أعلام الشعر المديح/ التخلص/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