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سفر أيوب لبدر شاكر السياب - دراسة اسلوبية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صليحة/ بولعوينات صورية/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الأسلوبية/ الإيقاع/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