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المطابقة بين الفعل والفاعل - نماذج مختارة من القرآن الكريم-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قسوم عزيزة/ ولد مهرة مريم/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