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في سورة مريم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زينة/ 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التعجب/ القسم/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