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رمزية السفر في صوفية ابن عربي "الأسفار عن نتائج الأسفار"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عرفي رقية/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الخيال/ المعراج/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