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النحوي عند الزمخشري المنصوبات في كتابه المفصل -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بلال/ 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الحذف/ المفعولات/ التمييز/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