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الصورة في ديوان أفاعي الفردوس  لإلياس أبو شبكة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براهمة سارة/ دوخان خولة/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الرمز/ الاستعارة/ التشبيه/ الرموز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