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المثقف في الرواية الجزائرية قصيدة في التذلل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بولال أميرة/ نيتيم ايمان/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الرواية/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