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النزوع الإصلاحي في خطبة "الإصلاح الديني لا يتم إلا بالإصلاح الاجتماعي" لمحمد البشير الإبراهيمي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ديب آمنة/ غراز ياسمينة/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جمعية العلماء المسلمين/ النزوع الإصلاحي/ البشير الابراهيمي/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