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بيئة الجاهلية في شعر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فة نصيرة/ نويشي نجا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بيئة الجاهلية/ البيئةالطب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