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ألفاط الصدق والكذب في التعبير القرآني - دراسة بلاغية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حميمص إيمان/ بن خليفة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الخبر/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