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المكملات المنصوبة في سورتي الأنفال والشعراء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بوكلوز حمزة/ خلاف عائشة/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المفعول المطلق/ الحال/ المفعول لأجله/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