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حياة الألفاظ بين العصر الجاهلي والعصر الإسلامي - حسان بن ثابت -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فطيمة الزهراء/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المعنى/ الدال والمدلول/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