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سينية أحمد شوقي دراسة صوتية وظيفية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سارة/ صغير هدى/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الصوت/ الفونيم/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