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عند فاضل صالح السامرائي - دراسة بلاغية لكتابه" التعبير القرآني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آمنة/ الديب خديجة/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لألفاظ/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