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المنجد في اللغة والأعلام - دراسة وصفية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كبير فريدة/ بن خلاف لمياء/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المعجم/ الموسوعة/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