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نجمة سهيل " لسارة طالب السهيل "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بارش سامية/ وردة مبارك عزام/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البنية التركيبية/ السيمياء/ الحقول الدلالية/ التحليل السيميائي/ قصائد الديوان/ البنية الشكلية/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