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ابن مضاء القرطبي في تيسير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سمية/ بن تومي مروة/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التعليل/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