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البيئة الإجتماعية المصرية في أدب نجيب محفوظ " قصر الشوق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بزيزة إيمان/ حشدان بسمة/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الأدب/ البيئة/ المجتمع/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