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رواية الأسود يليق بك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مبارك عزام جوهرة/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الأدبي/ الحوارية/ التعدد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